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5BF37" w14:textId="77777777" w:rsidR="00E77954" w:rsidRDefault="00F44D9B">
      <w:pPr>
        <w:spacing w:after="20"/>
        <w:jc w:val="center"/>
      </w:pPr>
      <w:r>
        <w:rPr>
          <w:b/>
          <w:color w:val="1F4E79"/>
          <w:sz w:val="22"/>
        </w:rPr>
        <w:t>CSOBÁNKAI POLGÁRMESTERI HIVATAL</w:t>
      </w:r>
    </w:p>
    <w:p w14:paraId="06059E0A" w14:textId="77777777" w:rsidR="00E77954" w:rsidRDefault="00F44D9B">
      <w:pPr>
        <w:pBdr>
          <w:bottom w:val="single" w:sz="8" w:space="4" w:color="1F4E79"/>
        </w:pBdr>
        <w:spacing w:after="100"/>
        <w:jc w:val="center"/>
      </w:pPr>
      <w:r>
        <w:rPr>
          <w:sz w:val="17"/>
        </w:rPr>
        <w:t>2014 Csobánka, Fő út 1.  |  +36 26 320 020  |  polgarmesterihivatal@csobanka.hu</w:t>
      </w:r>
    </w:p>
    <w:p w14:paraId="208C9F2E" w14:textId="77777777" w:rsidR="00E77954" w:rsidRDefault="00F44D9B">
      <w:pPr>
        <w:pStyle w:val="Cm"/>
        <w:spacing w:before="40" w:after="40"/>
        <w:jc w:val="center"/>
      </w:pPr>
      <w:r>
        <w:rPr>
          <w:rFonts w:ascii="Arial" w:eastAsia="Arial" w:hAnsi="Arial"/>
          <w:color w:val="1F4E79"/>
        </w:rPr>
        <w:t>EBÖSSZEÍRÓ ADATLAP</w:t>
      </w:r>
    </w:p>
    <w:p w14:paraId="4DC36E5E" w14:textId="77777777" w:rsidR="00E77954" w:rsidRDefault="00F44D9B">
      <w:pPr>
        <w:spacing w:after="140"/>
        <w:jc w:val="center"/>
      </w:pPr>
      <w:r>
        <w:rPr>
          <w:i/>
          <w:sz w:val="20"/>
        </w:rPr>
        <w:t>Csobánka község közigazgatási területén tartott ebek 2026. évi összeírásához</w:t>
      </w:r>
    </w:p>
    <w:p w14:paraId="5D6DF100" w14:textId="77777777" w:rsidR="00E77954" w:rsidRDefault="00F44D9B">
      <w:pPr>
        <w:spacing w:after="140"/>
        <w:jc w:val="center"/>
      </w:pPr>
      <w:r>
        <w:rPr>
          <w:b/>
          <w:sz w:val="20"/>
        </w:rPr>
        <w:t>Ebenként külön adatlapot kell kitölteni.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E77954" w14:paraId="2F1BB772" w14:textId="77777777">
        <w:trPr>
          <w:jc w:val="center"/>
        </w:trPr>
        <w:tc>
          <w:tcPr>
            <w:tcW w:w="10596" w:type="dxa"/>
            <w:shd w:val="clear" w:color="auto" w:fill="1F4E7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DC37992" w14:textId="77777777" w:rsidR="00E77954" w:rsidRDefault="00F44D9B">
            <w:pPr>
              <w:spacing w:after="0"/>
            </w:pPr>
            <w:r>
              <w:rPr>
                <w:b/>
                <w:color w:val="FFFFFF"/>
              </w:rPr>
              <w:t>I. AZ EB TULAJDONOSÁNAK ÉS TARTÓJÁNAK ADATAI</w:t>
            </w:r>
          </w:p>
        </w:tc>
      </w:tr>
    </w:tbl>
    <w:p w14:paraId="55596F59" w14:textId="77777777" w:rsidR="00E77954" w:rsidRDefault="00E77954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6236"/>
      </w:tblGrid>
      <w:tr w:rsidR="00E77954" w14:paraId="5BC764A8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11887D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eb tulajdonosának neve / megnevezése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AE177A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592B4318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6D69DC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eb tulajdonosának címe / székhelye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82D4D1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</w:tbl>
    <w:p w14:paraId="6BB9E295" w14:textId="77777777" w:rsidR="00E77954" w:rsidRDefault="00F44D9B">
      <w:pPr>
        <w:spacing w:before="80" w:after="80"/>
      </w:pPr>
      <w:r>
        <w:rPr>
          <w:b/>
          <w:sz w:val="20"/>
        </w:rPr>
        <w:t>Az ebtartó azonos az eb tulajdonosával:  Igen ☐   Nem ☐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6236"/>
      </w:tblGrid>
      <w:tr w:rsidR="00E77954" w14:paraId="38B3871E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36596D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ebtartó neve / megnevezése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1188A3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65199ACC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5362B0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ebtartó lakcíme / székhelye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FDDD24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0BAC6E4A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547374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ebtartó telefonszáma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DDFFD6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   Nincs telefonszáma ☐</w:t>
            </w:r>
          </w:p>
        </w:tc>
      </w:tr>
      <w:tr w:rsidR="00E77954" w14:paraId="53446544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0FD38A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ebtartó elektronikus levélcíme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3339FD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   Nincs e-mail-címe ☐</w:t>
            </w:r>
          </w:p>
        </w:tc>
      </w:tr>
    </w:tbl>
    <w:p w14:paraId="01EDD10D" w14:textId="77777777" w:rsidR="00E77954" w:rsidRDefault="00F44D9B">
      <w:pPr>
        <w:spacing w:after="80"/>
      </w:pPr>
      <w:r>
        <w:rPr>
          <w:i/>
          <w:sz w:val="18"/>
        </w:rPr>
        <w:t>Ha az eb tulajdonosa és tartója ugyanaz, elegendő az „azonos” jelölés; az ebtartói adatokat nem kell még egyszer leírni.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E77954" w14:paraId="219822A3" w14:textId="77777777">
        <w:trPr>
          <w:jc w:val="center"/>
        </w:trPr>
        <w:tc>
          <w:tcPr>
            <w:tcW w:w="10596" w:type="dxa"/>
            <w:shd w:val="clear" w:color="auto" w:fill="1F4E7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B79900E" w14:textId="77777777" w:rsidR="00E77954" w:rsidRDefault="00F44D9B">
            <w:pPr>
              <w:spacing w:after="0"/>
            </w:pPr>
            <w:r>
              <w:rPr>
                <w:b/>
                <w:color w:val="FFFFFF"/>
              </w:rPr>
              <w:t>II. AZ EB ALAPADATAI</w:t>
            </w:r>
          </w:p>
        </w:tc>
      </w:tr>
    </w:tbl>
    <w:p w14:paraId="64757E83" w14:textId="77777777" w:rsidR="00E77954" w:rsidRDefault="00E77954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6236"/>
      </w:tblGrid>
      <w:tr w:rsidR="00E77954" w14:paraId="2869E366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834361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Fajtája / fajtajellege / keverék mivolta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BCA745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3E131B69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459806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Neme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E5DB18" w14:textId="77777777" w:rsidR="00E77954" w:rsidRDefault="00F44D9B">
            <w:pPr>
              <w:spacing w:after="0"/>
            </w:pPr>
            <w:r>
              <w:rPr>
                <w:sz w:val="20"/>
              </w:rPr>
              <w:t>Szuka ☐     Kan ☐</w:t>
            </w:r>
          </w:p>
        </w:tc>
      </w:tr>
      <w:tr w:rsidR="00E77954" w14:paraId="3C8E5AB2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0F5B77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Születési ideje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34D9A5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 év ........................ hó ........ nap    (ha nem ismert pontosan: becsült idő)</w:t>
            </w:r>
          </w:p>
        </w:tc>
      </w:tr>
      <w:tr w:rsidR="00E77954" w14:paraId="179EA164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3A2AA4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Színe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82B676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3788A6BD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A2289C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Hívóneve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FCB3C0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170C14F5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718046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Tartási helye (pontos cím)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52A836" w14:textId="77777777" w:rsidR="00E77954" w:rsidRDefault="00F44D9B">
            <w:pPr>
              <w:spacing w:after="0"/>
            </w:pPr>
            <w:r>
              <w:rPr>
                <w:sz w:val="20"/>
              </w:rPr>
              <w:t>2014 Csobánka, ................................................................................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E77954" w14:paraId="43A9585A" w14:textId="77777777">
        <w:trPr>
          <w:jc w:val="center"/>
        </w:trPr>
        <w:tc>
          <w:tcPr>
            <w:tcW w:w="10596" w:type="dxa"/>
            <w:shd w:val="clear" w:color="auto" w:fill="1F4E7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58CBFDD" w14:textId="77777777" w:rsidR="00E77954" w:rsidRDefault="00F44D9B">
            <w:pPr>
              <w:spacing w:after="0"/>
            </w:pPr>
            <w:r>
              <w:rPr>
                <w:b/>
                <w:color w:val="FFFFFF"/>
              </w:rPr>
              <w:t>III. TRANSPONDERREL (MIKROCHIPPEL) TÖRTÉNŐ MEGJELÖLÉS</w:t>
            </w:r>
          </w:p>
        </w:tc>
      </w:tr>
    </w:tbl>
    <w:p w14:paraId="52AF5115" w14:textId="77777777" w:rsidR="00E77954" w:rsidRDefault="00E77954">
      <w:pPr>
        <w:spacing w:after="0"/>
      </w:pPr>
    </w:p>
    <w:p w14:paraId="2AC66B0C" w14:textId="77777777" w:rsidR="00E77954" w:rsidRDefault="00F44D9B">
      <w:pPr>
        <w:spacing w:after="80"/>
      </w:pPr>
      <w:r>
        <w:rPr>
          <w:b/>
          <w:sz w:val="20"/>
        </w:rPr>
        <w:t>Az eb transzponderrel megjelölt:  Igen ☐   Nem ☐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6236"/>
      </w:tblGrid>
      <w:tr w:rsidR="00E77954" w14:paraId="79092617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056BBA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 transzponder sorszáma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02732D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6B39850C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0728A8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 beültetés időpontja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AF96D1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 év ........................ hó ........ nap</w:t>
            </w:r>
          </w:p>
        </w:tc>
      </w:tr>
      <w:tr w:rsidR="00E77954" w14:paraId="4923D528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B21540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 beültetést végző szolgáltató állatorvos neve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E5E8E2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4BB417E6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B53C11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állatorvos kamarai bélyegzőjének száma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CE5589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E77954" w14:paraId="11263FAF" w14:textId="77777777">
        <w:trPr>
          <w:jc w:val="center"/>
        </w:trPr>
        <w:tc>
          <w:tcPr>
            <w:tcW w:w="10596" w:type="dxa"/>
            <w:shd w:val="clear" w:color="auto" w:fill="1F4E7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705B60F" w14:textId="77777777" w:rsidR="00E77954" w:rsidRDefault="00F44D9B">
            <w:pPr>
              <w:spacing w:after="0"/>
            </w:pPr>
            <w:r>
              <w:rPr>
                <w:b/>
                <w:color w:val="FFFFFF"/>
              </w:rPr>
              <w:t>IV. IVARTALANÍTÁS</w:t>
            </w:r>
          </w:p>
        </w:tc>
      </w:tr>
    </w:tbl>
    <w:p w14:paraId="0365D513" w14:textId="77777777" w:rsidR="00E77954" w:rsidRDefault="00E77954">
      <w:pPr>
        <w:spacing w:after="0"/>
      </w:pPr>
    </w:p>
    <w:p w14:paraId="74ABEBBA" w14:textId="77777777" w:rsidR="00E77954" w:rsidRDefault="00F44D9B">
      <w:pPr>
        <w:spacing w:after="80"/>
      </w:pPr>
      <w:r>
        <w:rPr>
          <w:b/>
          <w:sz w:val="20"/>
        </w:rPr>
        <w:t>Az eb ivartalanított:  Igen ☐   Nem ☐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6236"/>
      </w:tblGrid>
      <w:tr w:rsidR="00E77954" w14:paraId="5960C209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7F36C2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ivartalanítás időpontja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647170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 év ........................ hó ........ nap</w:t>
            </w:r>
          </w:p>
        </w:tc>
      </w:tr>
      <w:tr w:rsidR="00E77954" w14:paraId="0B897FD5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00B6C6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lastRenderedPageBreak/>
              <w:t>Az ivartalanítást végző szolgáltató állatorvos neve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70AC29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50F8CF0F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F9C72D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állatorvos kamarai bélyegzőjének száma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5AD70C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</w:tbl>
    <w:p w14:paraId="742C5B45" w14:textId="77777777" w:rsidR="00E77954" w:rsidRDefault="00F44D9B">
      <w:pPr>
        <w:spacing w:before="100" w:after="100"/>
        <w:jc w:val="right"/>
      </w:pPr>
      <w:r>
        <w:rPr>
          <w:b/>
          <w:sz w:val="18"/>
        </w:rPr>
        <w:t>Eb hívóneve: ........................................................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E77954" w14:paraId="4527CF42" w14:textId="77777777">
        <w:trPr>
          <w:jc w:val="center"/>
        </w:trPr>
        <w:tc>
          <w:tcPr>
            <w:tcW w:w="10596" w:type="dxa"/>
            <w:shd w:val="clear" w:color="auto" w:fill="1F4E7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4B66AB0" w14:textId="77777777" w:rsidR="00E77954" w:rsidRDefault="00F44D9B">
            <w:pPr>
              <w:spacing w:after="0"/>
            </w:pPr>
            <w:r>
              <w:rPr>
                <w:b/>
                <w:color w:val="FFFFFF"/>
              </w:rPr>
              <w:t>V. OLTÁSI KÖNYV ÉS VESZETTSÉG ELLENI VÉDŐOLTÁSOK</w:t>
            </w:r>
          </w:p>
        </w:tc>
      </w:tr>
    </w:tbl>
    <w:p w14:paraId="2346F158" w14:textId="77777777" w:rsidR="00E77954" w:rsidRDefault="00E77954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6236"/>
      </w:tblGrid>
      <w:tr w:rsidR="00E77954" w14:paraId="520C691A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A572B1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eb oltási könyvének száma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2DD335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47909DBD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28E3E9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oltási könyvet kiállító szolgáltató állatorvos neve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BC36D6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007B9A0F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002804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állatorvos kamarai bélyegzőjének száma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0BD874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</w:tbl>
    <w:p w14:paraId="20D1E29B" w14:textId="77777777" w:rsidR="00E77954" w:rsidRDefault="00F44D9B">
      <w:pPr>
        <w:spacing w:after="80"/>
      </w:pPr>
      <w:r>
        <w:rPr>
          <w:i/>
          <w:sz w:val="18"/>
        </w:rPr>
        <w:t>Az oltási könyvben szereplő veszettség elleni védőoltás(ok) adatai:</w:t>
      </w:r>
    </w:p>
    <w:p w14:paraId="2EEF0DC8" w14:textId="01AEB540" w:rsidR="00E77954" w:rsidRDefault="00251256">
      <w:pPr>
        <w:spacing w:before="60" w:after="40"/>
      </w:pPr>
      <w:proofErr w:type="spellStart"/>
      <w:r>
        <w:rPr>
          <w:b/>
          <w:color w:val="1F4E79"/>
          <w:sz w:val="20"/>
        </w:rPr>
        <w:t>Utolsó</w:t>
      </w:r>
      <w:proofErr w:type="spellEnd"/>
      <w:r w:rsidR="00F44D9B">
        <w:rPr>
          <w:b/>
          <w:color w:val="1F4E79"/>
          <w:sz w:val="20"/>
        </w:rPr>
        <w:t xml:space="preserve"> </w:t>
      </w:r>
      <w:proofErr w:type="spellStart"/>
      <w:r w:rsidR="00F44D9B">
        <w:rPr>
          <w:b/>
          <w:color w:val="1F4E79"/>
          <w:sz w:val="20"/>
        </w:rPr>
        <w:t>védőoltás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6236"/>
      </w:tblGrid>
      <w:tr w:rsidR="00E77954" w14:paraId="7CA9F8F6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F07CD9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oltás időpontja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F26217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 év ........................ hó ........ nap</w:t>
            </w:r>
          </w:p>
        </w:tc>
      </w:tr>
      <w:tr w:rsidR="00E77954" w14:paraId="579AD02A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C0ED68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alkalmazott oltóanyag megnevezése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6061F5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2C49B71B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30C521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oltóanyag gyártási száma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077615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79EBE720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02587C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oltást végző szolgáltató állatorvos neve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094013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08D5B9C2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0EA8BD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állatorvos kamarai bélyegzőjének száma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6C4D13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</w:tbl>
    <w:p w14:paraId="41801865" w14:textId="266C1039" w:rsidR="00E77954" w:rsidRDefault="00E77954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E77954" w14:paraId="03F5CBF6" w14:textId="77777777">
        <w:trPr>
          <w:jc w:val="center"/>
        </w:trPr>
        <w:tc>
          <w:tcPr>
            <w:tcW w:w="10596" w:type="dxa"/>
            <w:shd w:val="clear" w:color="auto" w:fill="1F4E7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A34BAF9" w14:textId="77777777" w:rsidR="00E77954" w:rsidRDefault="00F44D9B">
            <w:pPr>
              <w:spacing w:after="0"/>
            </w:pPr>
            <w:r>
              <w:rPr>
                <w:b/>
                <w:color w:val="FFFFFF"/>
              </w:rPr>
              <w:t>VI. KISÁLLATÚTLEVÉL</w:t>
            </w:r>
          </w:p>
        </w:tc>
      </w:tr>
    </w:tbl>
    <w:p w14:paraId="079E4642" w14:textId="77777777" w:rsidR="00E77954" w:rsidRDefault="00E77954">
      <w:pPr>
        <w:spacing w:after="0"/>
      </w:pPr>
    </w:p>
    <w:p w14:paraId="5DF9F3B1" w14:textId="77777777" w:rsidR="00E77954" w:rsidRDefault="00F44D9B">
      <w:pPr>
        <w:spacing w:after="80"/>
      </w:pPr>
      <w:r>
        <w:rPr>
          <w:b/>
          <w:sz w:val="20"/>
        </w:rPr>
        <w:t>Az eb rendelkezik kisállatútlevéllel:  Igen ☐   Nem ☐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6236"/>
      </w:tblGrid>
      <w:tr w:rsidR="00E77954" w14:paraId="6147B6CF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06C376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 kisállatútlevél száma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8570DD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3F0055DC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3D0C07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Kiállításának időpontja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032071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 év ........................ hó ........ nap</w:t>
            </w:r>
          </w:p>
        </w:tc>
      </w:tr>
      <w:tr w:rsidR="00E77954" w14:paraId="4155D48D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EAA55A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 kiállító szolgáltató állatorvos neve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D62BA9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  <w:tr w:rsidR="00E77954" w14:paraId="37F3DF48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C7FD1E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Az állatorvos kamarai bélyegzőjének száma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461DD9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............................................................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E77954" w14:paraId="4CE51B2A" w14:textId="77777777">
        <w:trPr>
          <w:jc w:val="center"/>
        </w:trPr>
        <w:tc>
          <w:tcPr>
            <w:tcW w:w="10596" w:type="dxa"/>
            <w:shd w:val="clear" w:color="auto" w:fill="1F4E7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1C991A5" w14:textId="77777777" w:rsidR="00E77954" w:rsidRDefault="00F44D9B">
            <w:pPr>
              <w:spacing w:after="0"/>
            </w:pPr>
            <w:r>
              <w:rPr>
                <w:b/>
                <w:color w:val="FFFFFF"/>
              </w:rPr>
              <w:t>VII. EGYÉB, JOGSZABÁLYBAN MEGHATÁROZOTT ADATOK</w:t>
            </w:r>
          </w:p>
        </w:tc>
      </w:tr>
    </w:tbl>
    <w:p w14:paraId="0C500B41" w14:textId="77777777" w:rsidR="00E77954" w:rsidRDefault="00E77954">
      <w:pPr>
        <w:spacing w:after="0"/>
      </w:pPr>
    </w:p>
    <w:p w14:paraId="75CC6CCA" w14:textId="77777777" w:rsidR="00E77954" w:rsidRDefault="00F44D9B">
      <w:r>
        <w:rPr>
          <w:b/>
          <w:sz w:val="19"/>
        </w:rPr>
        <w:t>Veszettség szempontjából aggályos eb megfigyelési státusza:  Megfigyelés alatt áll ☐   Nem áll megfigyelés alatt ☐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6236"/>
      </w:tblGrid>
      <w:tr w:rsidR="00E77954" w14:paraId="409A5ADF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7679B8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 megfigyelési státusz időpontja (ha releváns)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2856E4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 év ........................ hó ........ nap</w:t>
            </w:r>
          </w:p>
        </w:tc>
      </w:tr>
    </w:tbl>
    <w:p w14:paraId="7C9CE204" w14:textId="77777777" w:rsidR="00E77954" w:rsidRDefault="00F44D9B">
      <w:pPr>
        <w:spacing w:before="80"/>
      </w:pPr>
      <w:r>
        <w:rPr>
          <w:b/>
          <w:sz w:val="20"/>
        </w:rPr>
        <w:t>Az eb veszélyessé minősített:  Igen ☐   Nem ☐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6236"/>
      </w:tblGrid>
      <w:tr w:rsidR="00E77954" w14:paraId="7EE7457C" w14:textId="77777777">
        <w:trPr>
          <w:cantSplit/>
          <w:jc w:val="center"/>
        </w:trPr>
        <w:tc>
          <w:tcPr>
            <w:tcW w:w="3458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97BED2" w14:textId="77777777" w:rsidR="00E77954" w:rsidRDefault="00F44D9B">
            <w:pPr>
              <w:spacing w:after="0"/>
            </w:pPr>
            <w:r>
              <w:rPr>
                <w:b/>
                <w:sz w:val="19"/>
              </w:rPr>
              <w:t>A veszélyessé minősítés időpontja (ha igen)</w:t>
            </w:r>
          </w:p>
        </w:tc>
        <w:tc>
          <w:tcPr>
            <w:tcW w:w="623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80526F" w14:textId="77777777" w:rsidR="00E77954" w:rsidRDefault="00F44D9B">
            <w:pPr>
              <w:spacing w:after="0"/>
            </w:pPr>
            <w:r>
              <w:rPr>
                <w:sz w:val="20"/>
              </w:rPr>
              <w:t>............. év ........................ hó ........ nap</w:t>
            </w:r>
          </w:p>
        </w:tc>
      </w:tr>
    </w:tbl>
    <w:p w14:paraId="0961AC19" w14:textId="77777777" w:rsidR="00E77954" w:rsidRDefault="00F44D9B">
      <w:pPr>
        <w:spacing w:before="80" w:after="40"/>
      </w:pPr>
      <w:r>
        <w:rPr>
          <w:b/>
          <w:sz w:val="20"/>
        </w:rPr>
        <w:t>Az eb elismert tenyésztő szervezet által törzskönyvezett:  Igen ☐   Nem ☐</w:t>
      </w:r>
    </w:p>
    <w:p w14:paraId="0313ECEA" w14:textId="77777777" w:rsidR="00E77954" w:rsidRDefault="00F44D9B">
      <w:pPr>
        <w:spacing w:after="80"/>
        <w:rPr>
          <w:sz w:val="18"/>
        </w:rPr>
      </w:pPr>
      <w:r>
        <w:rPr>
          <w:b/>
          <w:sz w:val="18"/>
        </w:rPr>
        <w:t>Igen válasz esetén</w:t>
      </w:r>
      <w:r>
        <w:rPr>
          <w:sz w:val="18"/>
        </w:rPr>
        <w:t xml:space="preserve"> a származási igazolás másolatát az </w:t>
      </w:r>
      <w:proofErr w:type="spellStart"/>
      <w:r>
        <w:rPr>
          <w:sz w:val="18"/>
        </w:rPr>
        <w:t>adatlaphoz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csatolni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kell</w:t>
      </w:r>
      <w:proofErr w:type="spellEnd"/>
      <w:r>
        <w:rPr>
          <w:sz w:val="18"/>
        </w:rPr>
        <w:t>.</w:t>
      </w:r>
    </w:p>
    <w:p w14:paraId="7F98FC5A" w14:textId="2B160AB3" w:rsidR="00251256" w:rsidRDefault="00251256">
      <w:pPr>
        <w:spacing w:after="200" w:line="276" w:lineRule="auto"/>
        <w:rPr>
          <w:sz w:val="18"/>
        </w:rPr>
      </w:pPr>
      <w:r>
        <w:rPr>
          <w:sz w:val="18"/>
        </w:rPr>
        <w:br w:type="page"/>
      </w:r>
    </w:p>
    <w:p w14:paraId="07A52E34" w14:textId="77777777" w:rsidR="00251256" w:rsidRDefault="00251256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E77954" w14:paraId="453E548F" w14:textId="77777777">
        <w:trPr>
          <w:jc w:val="center"/>
        </w:trPr>
        <w:tc>
          <w:tcPr>
            <w:tcW w:w="10596" w:type="dxa"/>
            <w:shd w:val="clear" w:color="auto" w:fill="1F4E7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E747878" w14:textId="77777777" w:rsidR="00E77954" w:rsidRDefault="00F44D9B">
            <w:pPr>
              <w:spacing w:after="0"/>
            </w:pPr>
            <w:r>
              <w:rPr>
                <w:b/>
                <w:color w:val="FFFFFF"/>
              </w:rPr>
              <w:t>VIII. NYILATKOZAT</w:t>
            </w:r>
          </w:p>
        </w:tc>
      </w:tr>
    </w:tbl>
    <w:p w14:paraId="033ECEF0" w14:textId="77777777" w:rsidR="00E77954" w:rsidRDefault="00E77954">
      <w:pPr>
        <w:spacing w:after="0"/>
      </w:pPr>
    </w:p>
    <w:p w14:paraId="1B9590A0" w14:textId="77777777" w:rsidR="00E77954" w:rsidRDefault="00F44D9B">
      <w:pPr>
        <w:spacing w:after="160"/>
      </w:pPr>
      <w:r>
        <w:t>Kijelentem, hogy az adatlapon közölt adatok a valóságnak megfelelnek.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98"/>
        <w:gridCol w:w="5298"/>
      </w:tblGrid>
      <w:tr w:rsidR="00E77954" w14:paraId="72ACC267" w14:textId="77777777">
        <w:trPr>
          <w:jc w:val="center"/>
        </w:trPr>
        <w:tc>
          <w:tcPr>
            <w:tcW w:w="5298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3DA0FE2" w14:textId="77777777" w:rsidR="00E77954" w:rsidRDefault="00F44D9B">
            <w:pPr>
              <w:spacing w:after="0"/>
            </w:pPr>
            <w:r>
              <w:rPr>
                <w:sz w:val="19"/>
              </w:rPr>
              <w:t>Kelt: Csobánka, 2026. ........................ hó ........ nap</w:t>
            </w:r>
          </w:p>
        </w:tc>
        <w:tc>
          <w:tcPr>
            <w:tcW w:w="5298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FA04610" w14:textId="77777777" w:rsidR="00E77954" w:rsidRDefault="00E77954">
            <w:pPr>
              <w:spacing w:after="0"/>
            </w:pPr>
          </w:p>
        </w:tc>
      </w:tr>
      <w:tr w:rsidR="00E77954" w14:paraId="0171BFE7" w14:textId="77777777">
        <w:trPr>
          <w:jc w:val="center"/>
        </w:trPr>
        <w:tc>
          <w:tcPr>
            <w:tcW w:w="5298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8AAED84" w14:textId="77777777" w:rsidR="00E77954" w:rsidRDefault="00E77954">
            <w:pPr>
              <w:spacing w:after="0"/>
              <w:jc w:val="center"/>
            </w:pPr>
          </w:p>
        </w:tc>
        <w:tc>
          <w:tcPr>
            <w:tcW w:w="5298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66C3CA" w14:textId="77777777" w:rsidR="00E77954" w:rsidRDefault="00F44D9B">
            <w:pPr>
              <w:spacing w:after="0"/>
              <w:jc w:val="center"/>
            </w:pPr>
            <w:r>
              <w:rPr>
                <w:b/>
                <w:sz w:val="19"/>
              </w:rPr>
              <w:t>........................................................................</w:t>
            </w:r>
            <w:r>
              <w:rPr>
                <w:b/>
                <w:sz w:val="19"/>
              </w:rPr>
              <w:br/>
              <w:t>Az adatot szolgáltató tulajdonos / ebtartó aláírása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E77954" w14:paraId="1F342046" w14:textId="77777777">
        <w:trPr>
          <w:jc w:val="center"/>
        </w:trPr>
        <w:tc>
          <w:tcPr>
            <w:tcW w:w="10596" w:type="dxa"/>
            <w:shd w:val="clear" w:color="auto" w:fill="1F4E7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DBB825" w14:textId="77777777" w:rsidR="00E77954" w:rsidRDefault="00F44D9B">
            <w:pPr>
              <w:spacing w:after="0"/>
            </w:pPr>
            <w:r>
              <w:rPr>
                <w:b/>
                <w:color w:val="FFFFFF"/>
              </w:rPr>
              <w:t>KITÖLTÉSI ÉS ADATKEZELÉSI TÁJÉKOZTATÓ</w:t>
            </w:r>
          </w:p>
        </w:tc>
      </w:tr>
    </w:tbl>
    <w:p w14:paraId="2DC6D866" w14:textId="77777777" w:rsidR="00E77954" w:rsidRDefault="00E77954">
      <w:pPr>
        <w:spacing w:after="0"/>
      </w:pPr>
    </w:p>
    <w:p w14:paraId="40689905" w14:textId="77777777" w:rsidR="00E77954" w:rsidRDefault="00F44D9B">
      <w:pPr>
        <w:spacing w:after="80" w:line="252" w:lineRule="auto"/>
        <w:ind w:left="227" w:hanging="198"/>
      </w:pPr>
      <w:r>
        <w:rPr>
          <w:b/>
          <w:sz w:val="20"/>
        </w:rPr>
        <w:t>• Ebenként külön adatlapot kell kitölteni.</w:t>
      </w:r>
    </w:p>
    <w:p w14:paraId="07C3381A" w14:textId="77777777" w:rsidR="00E77954" w:rsidRDefault="00F44D9B">
      <w:pPr>
        <w:spacing w:after="80" w:line="252" w:lineRule="auto"/>
        <w:ind w:left="227" w:hanging="198"/>
      </w:pPr>
      <w:r>
        <w:rPr>
          <w:sz w:val="20"/>
        </w:rPr>
        <w:t>• Az adatokat elsősorban az eb oltási könyve, kisállatútlevele és – törzskönyvezett eb esetén – származási igazolása alapján kell megadni.</w:t>
      </w:r>
    </w:p>
    <w:p w14:paraId="674BE468" w14:textId="77777777" w:rsidR="00E77954" w:rsidRDefault="00F44D9B">
      <w:pPr>
        <w:spacing w:after="80" w:line="252" w:lineRule="auto"/>
        <w:ind w:left="227" w:hanging="198"/>
      </w:pPr>
      <w:r>
        <w:rPr>
          <w:sz w:val="20"/>
        </w:rPr>
        <w:t>• Ha valamely adat vagy okmány nem áll rendelkezésre, a megfelelő rovatba „nincs”, „elveszett” vagy „nem ismert” megjelölést kell írni; valótlan adatot nem szabad feltüntetni.</w:t>
      </w:r>
    </w:p>
    <w:p w14:paraId="65865500" w14:textId="77777777" w:rsidR="00E77954" w:rsidRDefault="00F44D9B">
      <w:pPr>
        <w:spacing w:after="80" w:line="252" w:lineRule="auto"/>
        <w:ind w:left="227" w:hanging="198"/>
      </w:pPr>
      <w:r>
        <w:rPr>
          <w:sz w:val="20"/>
        </w:rPr>
        <w:t>• Az eb tartási helyénél kizárólag a pontos címet kell megadni; a tartás módjára (lakás, udvar, kennel stb.) vonatkozó adat nem része az ebösszeírás jogszabály szerinti adattartalmának.</w:t>
      </w:r>
    </w:p>
    <w:p w14:paraId="6D77DE6D" w14:textId="77777777" w:rsidR="00E77954" w:rsidRDefault="00F44D9B">
      <w:pPr>
        <w:spacing w:after="80" w:line="252" w:lineRule="auto"/>
        <w:ind w:left="227" w:hanging="198"/>
      </w:pPr>
      <w:r>
        <w:rPr>
          <w:sz w:val="20"/>
        </w:rPr>
        <w:t>• A négy hónaposnál idősebb eb csak transzponderrel megjelölve tartható.</w:t>
      </w:r>
    </w:p>
    <w:p w14:paraId="2A9CFE59" w14:textId="77777777" w:rsidR="00E77954" w:rsidRDefault="00F44D9B">
      <w:pPr>
        <w:spacing w:after="80" w:line="252" w:lineRule="auto"/>
        <w:ind w:left="227" w:hanging="198"/>
      </w:pPr>
      <w:r>
        <w:rPr>
          <w:sz w:val="20"/>
        </w:rPr>
        <w:t>• Aki Csobánka közigazgatási területén nem tulajdonosa vagy tartója ebnek, annak ezt az adatlapot nem kell benyújtania.</w:t>
      </w:r>
    </w:p>
    <w:p w14:paraId="63D674D2" w14:textId="77777777" w:rsidR="00E77954" w:rsidRDefault="00F44D9B">
      <w:pPr>
        <w:spacing w:after="80" w:line="252" w:lineRule="auto"/>
        <w:ind w:left="227" w:hanging="198"/>
      </w:pPr>
      <w:r>
        <w:rPr>
          <w:sz w:val="20"/>
        </w:rPr>
        <w:t>• A meghatalmazás nem része az ebösszeíró adatlapnak. Meghatalmazott útján történő benyújtás esetén a képviseleti jogosultságot külön okirattal kell igazolni.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6"/>
      </w:tblGrid>
      <w:tr w:rsidR="00E77954" w14:paraId="54565F63" w14:textId="77777777">
        <w:trPr>
          <w:jc w:val="center"/>
        </w:trPr>
        <w:tc>
          <w:tcPr>
            <w:tcW w:w="10596" w:type="dxa"/>
            <w:shd w:val="clear" w:color="auto" w:fill="1F4E7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54C89FC" w14:textId="77777777" w:rsidR="00E77954" w:rsidRDefault="00F44D9B">
            <w:pPr>
              <w:spacing w:after="0"/>
            </w:pPr>
            <w:r>
              <w:rPr>
                <w:b/>
                <w:color w:val="FFFFFF"/>
              </w:rPr>
              <w:t>JOGALAP ÉS ADATKEZELÉS</w:t>
            </w:r>
          </w:p>
        </w:tc>
      </w:tr>
    </w:tbl>
    <w:p w14:paraId="109646D0" w14:textId="77777777" w:rsidR="00E77954" w:rsidRDefault="00E77954">
      <w:pPr>
        <w:spacing w:after="0"/>
      </w:pPr>
    </w:p>
    <w:p w14:paraId="702757FA" w14:textId="77777777" w:rsidR="00E77954" w:rsidRDefault="00F44D9B">
      <w:pPr>
        <w:spacing w:after="100" w:line="252" w:lineRule="auto"/>
      </w:pPr>
      <w:r>
        <w:rPr>
          <w:sz w:val="19"/>
        </w:rPr>
        <w:t>Az ebösszeírás jogalapja az állatok védelméről és kíméletéről szóló 1998. évi XXVIII. törvény (Ávt.) 42/B. §-a. Az önkormányzat az ebösszeírás során az Ávt. 42/A. § (4) bekezdésében meghatározott adatokat kezelheti.</w:t>
      </w:r>
    </w:p>
    <w:p w14:paraId="3066F76D" w14:textId="77777777" w:rsidR="00E77954" w:rsidRDefault="00F44D9B">
      <w:pPr>
        <w:spacing w:after="100" w:line="252" w:lineRule="auto"/>
      </w:pPr>
      <w:r>
        <w:rPr>
          <w:sz w:val="19"/>
        </w:rPr>
        <w:t>Az adatkezelés célja az ebrendészeti feladatok ellátása és a veszettség elleni védekezés járványvédelmi feladatainak támogatása. Az adatszolgáltatás az Ávt. 42/B. § (5) bekezdése alapján kötelező; az adatkezelés nem hozzájáruláson, hanem jogi kötelezettségen alapul.</w:t>
      </w:r>
    </w:p>
    <w:p w14:paraId="792ECFC2" w14:textId="77777777" w:rsidR="00E77954" w:rsidRDefault="00F44D9B">
      <w:pPr>
        <w:spacing w:after="100" w:line="252" w:lineRule="auto"/>
      </w:pPr>
      <w:r>
        <w:rPr>
          <w:sz w:val="19"/>
        </w:rPr>
        <w:t>Adatkezelő: Csobánka Község Önkormányzata (2014 Csobánka, Fő út 1.). Az adatlapokat a Csobánkai Polgármesteri Hivatal kezeli. A részletes adatkezelési tájékoztató a www.csobanka.hu honlapon és a Hivatalban érhető el.</w:t>
      </w:r>
    </w:p>
    <w:p w14:paraId="13E54A67" w14:textId="77777777" w:rsidR="00E77954" w:rsidRDefault="00F44D9B">
      <w:pPr>
        <w:spacing w:after="100" w:line="252" w:lineRule="auto"/>
      </w:pPr>
      <w:r>
        <w:rPr>
          <w:sz w:val="19"/>
        </w:rPr>
        <w:t>Az önkormányzat az ebösszeírás adatait összeveti az országos ebnyilvántartásban rögzített adatokkal, és eltérés esetén adatot szolgáltat az ebnyilvántartás működtetőjének.</w:t>
      </w:r>
    </w:p>
    <w:p w14:paraId="5E640DE2" w14:textId="77777777" w:rsidR="00E77954" w:rsidRDefault="00F44D9B">
      <w:pPr>
        <w:spacing w:after="80"/>
      </w:pPr>
      <w:r>
        <w:rPr>
          <w:i/>
          <w:sz w:val="18"/>
        </w:rPr>
        <w:t>Jogszabályi hivatkozások: 1998. évi XXVIII. törvény 42/A–42/B. §; 41/2010. (II. 26.) Korm. rendelet 17/B. §; az Európai Parlament és a Tanács (EU) 2016/679 rendelete 6. cikk (1) bekezdés c) pont.</w:t>
      </w:r>
    </w:p>
    <w:sectPr w:rsidR="00E77954" w:rsidSect="00034616">
      <w:pgSz w:w="12240" w:h="15840"/>
      <w:pgMar w:top="737" w:right="822" w:bottom="737" w:left="822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4426746">
    <w:abstractNumId w:val="8"/>
  </w:num>
  <w:num w:numId="2" w16cid:durableId="1899127029">
    <w:abstractNumId w:val="6"/>
  </w:num>
  <w:num w:numId="3" w16cid:durableId="1571306901">
    <w:abstractNumId w:val="5"/>
  </w:num>
  <w:num w:numId="4" w16cid:durableId="834609627">
    <w:abstractNumId w:val="4"/>
  </w:num>
  <w:num w:numId="5" w16cid:durableId="402918497">
    <w:abstractNumId w:val="7"/>
  </w:num>
  <w:num w:numId="6" w16cid:durableId="758989354">
    <w:abstractNumId w:val="3"/>
  </w:num>
  <w:num w:numId="7" w16cid:durableId="1948349101">
    <w:abstractNumId w:val="2"/>
  </w:num>
  <w:num w:numId="8" w16cid:durableId="473254263">
    <w:abstractNumId w:val="1"/>
  </w:num>
  <w:num w:numId="9" w16cid:durableId="1215968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1256"/>
    <w:rsid w:val="0029639D"/>
    <w:rsid w:val="00326F90"/>
    <w:rsid w:val="004963CC"/>
    <w:rsid w:val="00AA1D8D"/>
    <w:rsid w:val="00B47730"/>
    <w:rsid w:val="00CB0664"/>
    <w:rsid w:val="00E77954"/>
    <w:rsid w:val="00F44D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44A524"/>
  <w14:defaultImageDpi w14:val="300"/>
  <w15:docId w15:val="{6A4B33CE-1A17-47F2-ADA6-015EBFD7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60" w:line="240" w:lineRule="auto"/>
    </w:pPr>
    <w:rPr>
      <w:rFonts w:ascii="Arial" w:eastAsia="Arial" w:hAnsi="Arial"/>
      <w:sz w:val="21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4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2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Zsuzsanna Imre</cp:lastModifiedBy>
  <cp:revision>2</cp:revision>
  <dcterms:created xsi:type="dcterms:W3CDTF">2013-12-23T23:15:00Z</dcterms:created>
  <dcterms:modified xsi:type="dcterms:W3CDTF">2026-08-07T07:49:00Z</dcterms:modified>
  <cp:category/>
</cp:coreProperties>
</file>